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36AFC" w14:textId="77777777" w:rsidR="000773FA" w:rsidRDefault="000773FA">
      <w:pPr>
        <w:spacing w:after="0" w:line="240" w:lineRule="auto"/>
        <w:jc w:val="center"/>
        <w:rPr>
          <w:b/>
          <w:color w:val="17365D"/>
          <w:sz w:val="36"/>
        </w:rPr>
      </w:pPr>
    </w:p>
    <w:p w14:paraId="2AA140E6" w14:textId="2A789831" w:rsidR="008C1B43" w:rsidRDefault="00000000">
      <w:pPr>
        <w:spacing w:after="0" w:line="240" w:lineRule="auto"/>
        <w:jc w:val="center"/>
      </w:pPr>
      <w:r>
        <w:rPr>
          <w:b/>
          <w:color w:val="17365D"/>
          <w:sz w:val="36"/>
        </w:rPr>
        <w:t>ŽÁDOST O NÁROKOVOU ODMĚNU</w:t>
      </w:r>
    </w:p>
    <w:p w14:paraId="074374ED" w14:textId="39DC47EC" w:rsidR="008C1B43" w:rsidRDefault="00000000">
      <w:pPr>
        <w:spacing w:after="60" w:line="240" w:lineRule="auto"/>
        <w:jc w:val="center"/>
      </w:pPr>
      <w:proofErr w:type="spellStart"/>
      <w:r>
        <w:rPr>
          <w:i/>
          <w:color w:val="404040"/>
        </w:rPr>
        <w:t>dle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Směrnice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děkana</w:t>
      </w:r>
      <w:proofErr w:type="spellEnd"/>
      <w:r>
        <w:rPr>
          <w:i/>
          <w:color w:val="404040"/>
        </w:rPr>
        <w:t xml:space="preserve"> č. 1/2019 – </w:t>
      </w:r>
      <w:proofErr w:type="spellStart"/>
      <w:r>
        <w:rPr>
          <w:i/>
          <w:color w:val="404040"/>
        </w:rPr>
        <w:t>Podpora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vědecko-výzkumné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činnosti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na</w:t>
      </w:r>
      <w:proofErr w:type="spellEnd"/>
      <w:r>
        <w:rPr>
          <w:i/>
          <w:color w:val="404040"/>
        </w:rPr>
        <w:t xml:space="preserve"> FSE UJEP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8C1B43" w14:paraId="2F0F17B9" w14:textId="77777777">
        <w:trPr>
          <w:jc w:val="center"/>
        </w:trPr>
        <w:tc>
          <w:tcPr>
            <w:tcW w:w="1031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E95282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Žadatel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vyplní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pouze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údaje</w:t>
            </w:r>
            <w:proofErr w:type="spellEnd"/>
            <w:r>
              <w:rPr>
                <w:b/>
                <w:color w:val="000000"/>
              </w:rPr>
              <w:t xml:space="preserve"> k </w:t>
            </w:r>
            <w:proofErr w:type="spellStart"/>
            <w:r>
              <w:rPr>
                <w:b/>
                <w:color w:val="000000"/>
              </w:rPr>
              <w:t>relevantnímu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typu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nároku</w:t>
            </w:r>
            <w:proofErr w:type="spellEnd"/>
            <w:r>
              <w:rPr>
                <w:b/>
                <w:color w:val="000000"/>
              </w:rPr>
              <w:t xml:space="preserve"> a </w:t>
            </w:r>
            <w:proofErr w:type="spellStart"/>
            <w:r>
              <w:rPr>
                <w:b/>
                <w:color w:val="000000"/>
              </w:rPr>
              <w:t>rozdělení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odměny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Splnění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podmínek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výši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odměny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ověří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vypočítá</w:t>
            </w:r>
            <w:proofErr w:type="spellEnd"/>
            <w:r>
              <w:rPr>
                <w:color w:val="000000"/>
              </w:rPr>
              <w:t xml:space="preserve"> FSE UJEP.</w:t>
            </w:r>
          </w:p>
        </w:tc>
      </w:tr>
    </w:tbl>
    <w:p w14:paraId="3E593ECF" w14:textId="77777777" w:rsidR="000773FA" w:rsidRDefault="000773FA">
      <w:pPr>
        <w:spacing w:before="40" w:after="20" w:line="240" w:lineRule="auto"/>
        <w:rPr>
          <w:b/>
          <w:color w:val="17365D"/>
          <w:sz w:val="25"/>
        </w:rPr>
      </w:pPr>
    </w:p>
    <w:p w14:paraId="710DED85" w14:textId="0CFF6F30" w:rsidR="008C1B43" w:rsidRDefault="00000000">
      <w:pPr>
        <w:spacing w:before="40" w:after="20" w:line="240" w:lineRule="auto"/>
      </w:pPr>
      <w:r>
        <w:rPr>
          <w:b/>
          <w:color w:val="17365D"/>
          <w:sz w:val="25"/>
        </w:rPr>
        <w:t xml:space="preserve">A. </w:t>
      </w:r>
      <w:proofErr w:type="spellStart"/>
      <w:r>
        <w:rPr>
          <w:b/>
          <w:color w:val="17365D"/>
          <w:sz w:val="25"/>
        </w:rPr>
        <w:t>Žadatel</w:t>
      </w:r>
      <w:proofErr w:type="spellEnd"/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6"/>
        <w:gridCol w:w="5272"/>
      </w:tblGrid>
      <w:tr w:rsidR="008C1B43" w14:paraId="1A3CF04A" w14:textId="77777777">
        <w:trPr>
          <w:jc w:val="center"/>
        </w:trPr>
        <w:tc>
          <w:tcPr>
            <w:tcW w:w="5046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E5DF4F0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Jméno</w:t>
            </w:r>
            <w:proofErr w:type="spellEnd"/>
            <w:r>
              <w:rPr>
                <w:b/>
                <w:color w:val="000000"/>
              </w:rPr>
              <w:t xml:space="preserve"> a </w:t>
            </w:r>
            <w:proofErr w:type="spellStart"/>
            <w:r>
              <w:rPr>
                <w:b/>
                <w:color w:val="000000"/>
              </w:rPr>
              <w:t>příjmení</w:t>
            </w:r>
            <w:proofErr w:type="spellEnd"/>
          </w:p>
        </w:tc>
        <w:tc>
          <w:tcPr>
            <w:tcW w:w="527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8A6B23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jméno</w:t>
            </w:r>
            <w:proofErr w:type="spellEnd"/>
            <w:r>
              <w:rPr>
                <w:i/>
                <w:color w:val="7F7F7F"/>
              </w:rPr>
              <w:t xml:space="preserve"> a </w:t>
            </w:r>
            <w:proofErr w:type="spellStart"/>
            <w:r>
              <w:rPr>
                <w:i/>
                <w:color w:val="7F7F7F"/>
              </w:rPr>
              <w:t>příjmení</w:t>
            </w:r>
            <w:proofErr w:type="spellEnd"/>
          </w:p>
        </w:tc>
      </w:tr>
    </w:tbl>
    <w:p w14:paraId="130D438B" w14:textId="77777777" w:rsidR="000773FA" w:rsidRDefault="000773FA">
      <w:pPr>
        <w:spacing w:before="40" w:after="20" w:line="240" w:lineRule="auto"/>
        <w:rPr>
          <w:b/>
          <w:color w:val="17365D"/>
          <w:sz w:val="25"/>
        </w:rPr>
      </w:pPr>
    </w:p>
    <w:p w14:paraId="2EDB00CE" w14:textId="00CB51C9" w:rsidR="008C1B43" w:rsidRDefault="00000000">
      <w:pPr>
        <w:spacing w:before="40" w:after="20" w:line="240" w:lineRule="auto"/>
      </w:pPr>
      <w:r>
        <w:rPr>
          <w:b/>
          <w:color w:val="17365D"/>
          <w:sz w:val="25"/>
        </w:rPr>
        <w:t xml:space="preserve">B. </w:t>
      </w:r>
      <w:proofErr w:type="spellStart"/>
      <w:r>
        <w:rPr>
          <w:b/>
          <w:color w:val="17365D"/>
          <w:sz w:val="25"/>
        </w:rPr>
        <w:t>Typ</w:t>
      </w:r>
      <w:proofErr w:type="spellEnd"/>
      <w:r>
        <w:rPr>
          <w:b/>
          <w:color w:val="17365D"/>
          <w:sz w:val="25"/>
        </w:rPr>
        <w:t xml:space="preserve"> </w:t>
      </w:r>
      <w:proofErr w:type="spellStart"/>
      <w:r>
        <w:rPr>
          <w:b/>
          <w:color w:val="17365D"/>
          <w:sz w:val="25"/>
        </w:rPr>
        <w:t>nároku</w:t>
      </w:r>
      <w:proofErr w:type="spellEnd"/>
      <w:r>
        <w:rPr>
          <w:b/>
          <w:color w:val="17365D"/>
          <w:sz w:val="25"/>
        </w:rPr>
        <w:t xml:space="preserve"> – </w:t>
      </w:r>
      <w:proofErr w:type="spellStart"/>
      <w:r>
        <w:rPr>
          <w:b/>
          <w:color w:val="17365D"/>
          <w:sz w:val="25"/>
        </w:rPr>
        <w:t>zaškrtněte</w:t>
      </w:r>
      <w:proofErr w:type="spellEnd"/>
      <w:r>
        <w:rPr>
          <w:b/>
          <w:color w:val="17365D"/>
          <w:sz w:val="25"/>
        </w:rPr>
        <w:t xml:space="preserve"> </w:t>
      </w:r>
      <w:proofErr w:type="spellStart"/>
      <w:r>
        <w:rPr>
          <w:b/>
          <w:color w:val="17365D"/>
          <w:sz w:val="25"/>
        </w:rPr>
        <w:t>relevantní</w:t>
      </w:r>
      <w:proofErr w:type="spellEnd"/>
      <w:r>
        <w:rPr>
          <w:b/>
          <w:color w:val="17365D"/>
          <w:sz w:val="25"/>
        </w:rPr>
        <w:t xml:space="preserve"> </w:t>
      </w:r>
      <w:proofErr w:type="spellStart"/>
      <w:r>
        <w:rPr>
          <w:b/>
          <w:color w:val="17365D"/>
          <w:sz w:val="25"/>
        </w:rPr>
        <w:t>variantu</w:t>
      </w:r>
      <w:proofErr w:type="spellEnd"/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8C1B43" w14:paraId="1982F0D6" w14:textId="77777777">
        <w:trPr>
          <w:jc w:val="center"/>
        </w:trPr>
        <w:tc>
          <w:tcPr>
            <w:tcW w:w="515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BAA1F9" w14:textId="5E5C10DA" w:rsidR="008C1B43" w:rsidRPr="000773FA" w:rsidRDefault="00000000">
            <w:pPr>
              <w:spacing w:after="0" w:line="240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typ_publikace"/>
                <w:tag w:val="typ_publikace"/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3FA" w:rsidRPr="000773F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0773FA">
              <w:rPr>
                <w:b/>
                <w:bCs/>
                <w:color w:val="000000"/>
              </w:rPr>
              <w:t xml:space="preserve">  </w:t>
            </w:r>
            <w:proofErr w:type="spellStart"/>
            <w:r w:rsidRPr="000773FA">
              <w:rPr>
                <w:b/>
                <w:bCs/>
                <w:color w:val="000000"/>
              </w:rPr>
              <w:t>Excelentní</w:t>
            </w:r>
            <w:proofErr w:type="spellEnd"/>
            <w:r w:rsidRPr="000773F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773FA">
              <w:rPr>
                <w:b/>
                <w:bCs/>
                <w:color w:val="000000"/>
              </w:rPr>
              <w:t>publikační</w:t>
            </w:r>
            <w:proofErr w:type="spellEnd"/>
            <w:r w:rsidRPr="000773F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773FA">
              <w:rPr>
                <w:b/>
                <w:bCs/>
                <w:color w:val="000000"/>
              </w:rPr>
              <w:t>činnost</w:t>
            </w:r>
            <w:proofErr w:type="spellEnd"/>
          </w:p>
        </w:tc>
        <w:tc>
          <w:tcPr>
            <w:tcW w:w="515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E49DB4" w14:textId="4EA3516D" w:rsidR="008C1B43" w:rsidRPr="000773FA" w:rsidRDefault="00000000">
            <w:pPr>
              <w:spacing w:after="0" w:line="240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typ_projekt"/>
                <w:tag w:val="typ_projekt"/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2FD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0773FA">
              <w:rPr>
                <w:b/>
                <w:bCs/>
                <w:color w:val="000000"/>
              </w:rPr>
              <w:t xml:space="preserve">  </w:t>
            </w:r>
            <w:proofErr w:type="spellStart"/>
            <w:r w:rsidRPr="000773FA">
              <w:rPr>
                <w:b/>
                <w:bCs/>
                <w:color w:val="000000"/>
              </w:rPr>
              <w:t>Projektová</w:t>
            </w:r>
            <w:proofErr w:type="spellEnd"/>
            <w:r w:rsidRPr="000773F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773FA">
              <w:rPr>
                <w:b/>
                <w:bCs/>
                <w:color w:val="000000"/>
              </w:rPr>
              <w:t>činnost</w:t>
            </w:r>
            <w:proofErr w:type="spellEnd"/>
          </w:p>
        </w:tc>
      </w:tr>
      <w:tr w:rsidR="008C1B43" w:rsidRPr="000773FA" w14:paraId="41F19C4B" w14:textId="77777777">
        <w:trPr>
          <w:jc w:val="center"/>
        </w:trPr>
        <w:tc>
          <w:tcPr>
            <w:tcW w:w="515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5E11B1" w14:textId="77777777" w:rsidR="008C1B43" w:rsidRPr="000773FA" w:rsidRDefault="00000000">
            <w:pPr>
              <w:spacing w:after="0" w:line="240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typ_titul"/>
                <w:tag w:val="typ_titul"/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73FA">
                  <w:rPr>
                    <w:b/>
                    <w:bCs/>
                    <w:color w:val="000000"/>
                  </w:rPr>
                  <w:t>☐</w:t>
                </w:r>
              </w:sdtContent>
            </w:sdt>
            <w:r w:rsidRPr="000773FA">
              <w:rPr>
                <w:b/>
                <w:bCs/>
                <w:color w:val="000000"/>
              </w:rPr>
              <w:t xml:space="preserve">  </w:t>
            </w:r>
            <w:proofErr w:type="spellStart"/>
            <w:r w:rsidRPr="000773FA">
              <w:rPr>
                <w:b/>
                <w:bCs/>
                <w:color w:val="000000"/>
              </w:rPr>
              <w:t>Získání</w:t>
            </w:r>
            <w:proofErr w:type="spellEnd"/>
            <w:r w:rsidRPr="000773F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773FA">
              <w:rPr>
                <w:b/>
                <w:bCs/>
                <w:color w:val="000000"/>
              </w:rPr>
              <w:t>titulu</w:t>
            </w:r>
            <w:proofErr w:type="spellEnd"/>
            <w:r w:rsidRPr="000773FA">
              <w:rPr>
                <w:b/>
                <w:bCs/>
                <w:color w:val="000000"/>
              </w:rPr>
              <w:t xml:space="preserve"> Ph.D. / doc. / prof.</w:t>
            </w:r>
          </w:p>
        </w:tc>
        <w:tc>
          <w:tcPr>
            <w:tcW w:w="515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D985DF" w14:textId="77777777" w:rsidR="008C1B43" w:rsidRPr="000773FA" w:rsidRDefault="00000000">
            <w:pPr>
              <w:spacing w:after="0" w:line="240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typ_skolitel"/>
                <w:tag w:val="typ_skolitel"/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73FA">
                  <w:rPr>
                    <w:b/>
                    <w:bCs/>
                    <w:color w:val="000000"/>
                  </w:rPr>
                  <w:t>☐</w:t>
                </w:r>
              </w:sdtContent>
            </w:sdt>
            <w:r w:rsidRPr="000773FA">
              <w:rPr>
                <w:b/>
                <w:bCs/>
                <w:color w:val="000000"/>
              </w:rPr>
              <w:t xml:space="preserve">  Bonus </w:t>
            </w:r>
            <w:proofErr w:type="spellStart"/>
            <w:r w:rsidRPr="000773FA">
              <w:rPr>
                <w:b/>
                <w:bCs/>
                <w:color w:val="000000"/>
              </w:rPr>
              <w:t>školiteli</w:t>
            </w:r>
            <w:proofErr w:type="spellEnd"/>
            <w:r w:rsidRPr="000773FA">
              <w:rPr>
                <w:b/>
                <w:bCs/>
                <w:color w:val="000000"/>
              </w:rPr>
              <w:t xml:space="preserve"> za </w:t>
            </w:r>
            <w:proofErr w:type="spellStart"/>
            <w:r w:rsidRPr="000773FA">
              <w:rPr>
                <w:b/>
                <w:bCs/>
                <w:color w:val="000000"/>
              </w:rPr>
              <w:t>včasné</w:t>
            </w:r>
            <w:proofErr w:type="spellEnd"/>
            <w:r w:rsidRPr="000773F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773FA">
              <w:rPr>
                <w:b/>
                <w:bCs/>
                <w:color w:val="000000"/>
              </w:rPr>
              <w:t>ukončení</w:t>
            </w:r>
            <w:proofErr w:type="spellEnd"/>
            <w:r w:rsidRPr="000773FA">
              <w:rPr>
                <w:b/>
                <w:bCs/>
                <w:color w:val="000000"/>
              </w:rPr>
              <w:t xml:space="preserve"> Ph.D. studia</w:t>
            </w:r>
          </w:p>
        </w:tc>
      </w:tr>
    </w:tbl>
    <w:p w14:paraId="30B78C30" w14:textId="77777777" w:rsidR="000773FA" w:rsidRPr="000773FA" w:rsidRDefault="000773FA">
      <w:pPr>
        <w:spacing w:before="40" w:after="20" w:line="240" w:lineRule="auto"/>
        <w:rPr>
          <w:b/>
          <w:bCs/>
          <w:color w:val="17365D"/>
          <w:sz w:val="25"/>
        </w:rPr>
      </w:pPr>
    </w:p>
    <w:p w14:paraId="6D05D2BE" w14:textId="7EE4F5D3" w:rsidR="008C1B43" w:rsidRDefault="00000000">
      <w:pPr>
        <w:spacing w:before="40" w:after="20" w:line="240" w:lineRule="auto"/>
      </w:pPr>
      <w:r>
        <w:rPr>
          <w:b/>
          <w:color w:val="17365D"/>
          <w:sz w:val="25"/>
        </w:rPr>
        <w:t xml:space="preserve">C. </w:t>
      </w:r>
      <w:proofErr w:type="spellStart"/>
      <w:r>
        <w:rPr>
          <w:b/>
          <w:color w:val="17365D"/>
          <w:sz w:val="25"/>
        </w:rPr>
        <w:t>Údaje</w:t>
      </w:r>
      <w:proofErr w:type="spellEnd"/>
      <w:r>
        <w:rPr>
          <w:b/>
          <w:color w:val="17365D"/>
          <w:sz w:val="25"/>
        </w:rPr>
        <w:t xml:space="preserve"> k </w:t>
      </w:r>
      <w:proofErr w:type="spellStart"/>
      <w:r>
        <w:rPr>
          <w:b/>
          <w:color w:val="17365D"/>
          <w:sz w:val="25"/>
        </w:rPr>
        <w:t>nároku</w:t>
      </w:r>
      <w:proofErr w:type="spellEnd"/>
    </w:p>
    <w:p w14:paraId="1372B9A3" w14:textId="77777777" w:rsidR="008C1B43" w:rsidRDefault="00000000" w:rsidP="000773FA">
      <w:pPr>
        <w:spacing w:before="240" w:after="0" w:line="240" w:lineRule="auto"/>
      </w:pPr>
      <w:r>
        <w:rPr>
          <w:b/>
          <w:color w:val="17365D"/>
          <w:sz w:val="21"/>
        </w:rPr>
        <w:t>1. PUBLIKACE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7086"/>
      </w:tblGrid>
      <w:tr w:rsidR="008C1B43" w14:paraId="48DCABAB" w14:textId="77777777" w:rsidTr="000773FA">
        <w:trPr>
          <w:jc w:val="center"/>
        </w:trPr>
        <w:tc>
          <w:tcPr>
            <w:tcW w:w="3232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486A5F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Plná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citace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publikace</w:t>
            </w:r>
            <w:proofErr w:type="spellEnd"/>
          </w:p>
        </w:tc>
        <w:tc>
          <w:tcPr>
            <w:tcW w:w="70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259546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Vložte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plnou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citaci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publikace</w:t>
            </w:r>
            <w:proofErr w:type="spellEnd"/>
          </w:p>
        </w:tc>
      </w:tr>
      <w:tr w:rsidR="008C1B43" w14:paraId="2215D1F0" w14:textId="77777777" w:rsidTr="000773FA">
        <w:trPr>
          <w:jc w:val="center"/>
        </w:trPr>
        <w:tc>
          <w:tcPr>
            <w:tcW w:w="3232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B2A818" w14:textId="77777777" w:rsidR="008C1B43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Evidence OBD</w:t>
            </w:r>
          </w:p>
        </w:tc>
        <w:tc>
          <w:tcPr>
            <w:tcW w:w="708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4E78CEA" w14:textId="77777777" w:rsidR="008C1B43" w:rsidRDefault="00000000">
            <w:pPr>
              <w:spacing w:after="0" w:line="240" w:lineRule="auto"/>
            </w:pPr>
            <w:sdt>
              <w:sdtPr>
                <w:alias w:val="obd"/>
                <w:tag w:val="obd"/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Publikace</w:t>
            </w:r>
            <w:proofErr w:type="spellEnd"/>
            <w:r>
              <w:rPr>
                <w:color w:val="000000"/>
              </w:rPr>
              <w:t xml:space="preserve"> je </w:t>
            </w:r>
            <w:proofErr w:type="spellStart"/>
            <w:r>
              <w:rPr>
                <w:color w:val="000000"/>
              </w:rPr>
              <w:t>vložena</w:t>
            </w:r>
            <w:proofErr w:type="spellEnd"/>
            <w:r>
              <w:rPr>
                <w:color w:val="000000"/>
              </w:rPr>
              <w:t xml:space="preserve"> v OBD</w:t>
            </w:r>
          </w:p>
        </w:tc>
      </w:tr>
    </w:tbl>
    <w:p w14:paraId="3A23B15D" w14:textId="77777777" w:rsidR="008C1B43" w:rsidRDefault="00000000" w:rsidP="000773FA">
      <w:pPr>
        <w:spacing w:before="240" w:after="0" w:line="240" w:lineRule="auto"/>
      </w:pPr>
      <w:r>
        <w:rPr>
          <w:b/>
          <w:color w:val="17365D"/>
          <w:sz w:val="21"/>
        </w:rPr>
        <w:t>2. PROJEKT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7086"/>
      </w:tblGrid>
      <w:tr w:rsidR="008C1B43" w14:paraId="2BB97779" w14:textId="77777777" w:rsidTr="000773FA">
        <w:trPr>
          <w:jc w:val="center"/>
        </w:trPr>
        <w:tc>
          <w:tcPr>
            <w:tcW w:w="3232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581A13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Název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projektu</w:t>
            </w:r>
            <w:proofErr w:type="spellEnd"/>
          </w:p>
        </w:tc>
        <w:tc>
          <w:tcPr>
            <w:tcW w:w="708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ED03D8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název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projektu</w:t>
            </w:r>
            <w:proofErr w:type="spellEnd"/>
          </w:p>
        </w:tc>
      </w:tr>
      <w:tr w:rsidR="008C1B43" w14:paraId="5EECD6B7" w14:textId="77777777" w:rsidTr="000773FA">
        <w:trPr>
          <w:jc w:val="center"/>
        </w:trPr>
        <w:tc>
          <w:tcPr>
            <w:tcW w:w="3232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291622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Dotační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schéma</w:t>
            </w:r>
            <w:proofErr w:type="spellEnd"/>
            <w:r>
              <w:rPr>
                <w:b/>
                <w:color w:val="000000"/>
              </w:rPr>
              <w:t xml:space="preserve"> / program</w:t>
            </w:r>
          </w:p>
        </w:tc>
        <w:tc>
          <w:tcPr>
            <w:tcW w:w="708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42BA2C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dotační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schéma</w:t>
            </w:r>
            <w:proofErr w:type="spellEnd"/>
            <w:r>
              <w:rPr>
                <w:i/>
                <w:color w:val="7F7F7F"/>
              </w:rPr>
              <w:t xml:space="preserve"> / program</w:t>
            </w:r>
          </w:p>
        </w:tc>
      </w:tr>
      <w:tr w:rsidR="008C1B43" w14:paraId="253F8CA8" w14:textId="77777777" w:rsidTr="000773FA">
        <w:trPr>
          <w:jc w:val="center"/>
        </w:trPr>
        <w:tc>
          <w:tcPr>
            <w:tcW w:w="3232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EF6152E" w14:textId="77777777" w:rsidR="008C1B43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 xml:space="preserve">Stav </w:t>
            </w:r>
            <w:proofErr w:type="spellStart"/>
            <w:r>
              <w:rPr>
                <w:b/>
                <w:color w:val="000000"/>
              </w:rPr>
              <w:t>a</w:t>
            </w:r>
            <w:proofErr w:type="spellEnd"/>
            <w:r>
              <w:rPr>
                <w:b/>
                <w:color w:val="000000"/>
              </w:rPr>
              <w:t xml:space="preserve"> evidence</w:t>
            </w:r>
          </w:p>
        </w:tc>
        <w:tc>
          <w:tcPr>
            <w:tcW w:w="7086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197525E" w14:textId="241448A1" w:rsidR="008C1B43" w:rsidRDefault="00000000">
            <w:pPr>
              <w:spacing w:after="0" w:line="240" w:lineRule="auto"/>
            </w:pPr>
            <w:sdt>
              <w:sdtPr>
                <w:alias w:val="projekt_podany"/>
                <w:tag w:val="projekt_podany"/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3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podaný</w:t>
            </w:r>
            <w:proofErr w:type="spellEnd"/>
            <w:r>
              <w:rPr>
                <w:color w:val="000000"/>
              </w:rPr>
              <w:t xml:space="preserve">    </w:t>
            </w:r>
            <w:sdt>
              <w:sdtPr>
                <w:alias w:val="projekt_ziskany"/>
                <w:tag w:val="projekt_ziskany"/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3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získaný</w:t>
            </w:r>
            <w:proofErr w:type="spellEnd"/>
            <w:r>
              <w:rPr>
                <w:color w:val="000000"/>
              </w:rPr>
              <w:t xml:space="preserve">    </w:t>
            </w:r>
            <w:sdt>
              <w:sdtPr>
                <w:alias w:val="imis"/>
                <w:tag w:val="imis"/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Projektový</w:t>
            </w:r>
            <w:proofErr w:type="spellEnd"/>
            <w:r>
              <w:rPr>
                <w:color w:val="000000"/>
              </w:rPr>
              <w:t xml:space="preserve"> list je </w:t>
            </w:r>
            <w:proofErr w:type="spellStart"/>
            <w:r>
              <w:rPr>
                <w:color w:val="000000"/>
              </w:rPr>
              <w:t>vložen</w:t>
            </w:r>
            <w:proofErr w:type="spellEnd"/>
            <w:r>
              <w:rPr>
                <w:color w:val="000000"/>
              </w:rPr>
              <w:t xml:space="preserve"> v IMIS</w:t>
            </w:r>
          </w:p>
        </w:tc>
      </w:tr>
    </w:tbl>
    <w:p w14:paraId="1203DED4" w14:textId="77777777" w:rsidR="008C1B43" w:rsidRDefault="00000000" w:rsidP="000773FA">
      <w:pPr>
        <w:spacing w:before="240" w:after="0" w:line="240" w:lineRule="auto"/>
      </w:pPr>
      <w:r>
        <w:rPr>
          <w:b/>
          <w:color w:val="17365D"/>
          <w:sz w:val="21"/>
        </w:rPr>
        <w:t>3. DALŠÍ NÁROKOVÉ ODMĚNY DLE SMĚRNICE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6"/>
        <w:gridCol w:w="5272"/>
      </w:tblGrid>
      <w:tr w:rsidR="008C1B43" w14:paraId="186B7543" w14:textId="77777777">
        <w:trPr>
          <w:jc w:val="center"/>
        </w:trPr>
        <w:tc>
          <w:tcPr>
            <w:tcW w:w="5046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88292B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Získaný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titul</w:t>
            </w:r>
            <w:proofErr w:type="spellEnd"/>
          </w:p>
        </w:tc>
        <w:tc>
          <w:tcPr>
            <w:tcW w:w="5272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7A03704" w14:textId="77777777" w:rsidR="008C1B43" w:rsidRDefault="00000000">
            <w:pPr>
              <w:spacing w:after="0" w:line="240" w:lineRule="auto"/>
            </w:pPr>
            <w:sdt>
              <w:sdtPr>
                <w:alias w:val="titul_phd"/>
                <w:tag w:val="titul_phd"/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Ph.D.   </w:t>
            </w:r>
            <w:sdt>
              <w:sdtPr>
                <w:alias w:val="titul_doc"/>
                <w:tag w:val="titul_doc"/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doc.   </w:t>
            </w:r>
            <w:sdt>
              <w:sdtPr>
                <w:alias w:val="titul_prof"/>
                <w:tag w:val="titul_prof"/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prof.    Datum: </w:t>
            </w: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datum</w:t>
            </w:r>
          </w:p>
        </w:tc>
      </w:tr>
      <w:tr w:rsidR="008C1B43" w14:paraId="5CFB1E12" w14:textId="77777777">
        <w:trPr>
          <w:jc w:val="center"/>
        </w:trPr>
        <w:tc>
          <w:tcPr>
            <w:tcW w:w="5046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7E58E3" w14:textId="77777777" w:rsidR="008C1B43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 xml:space="preserve">Bonus </w:t>
            </w:r>
            <w:proofErr w:type="spellStart"/>
            <w:r>
              <w:rPr>
                <w:b/>
                <w:color w:val="000000"/>
              </w:rPr>
              <w:t>školiteli</w:t>
            </w:r>
            <w:proofErr w:type="spellEnd"/>
          </w:p>
        </w:tc>
        <w:tc>
          <w:tcPr>
            <w:tcW w:w="527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324FC98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jméno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absolventa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doktorského</w:t>
            </w:r>
            <w:proofErr w:type="spellEnd"/>
            <w:r>
              <w:rPr>
                <w:i/>
                <w:color w:val="7F7F7F"/>
              </w:rPr>
              <w:t xml:space="preserve"> studia</w:t>
            </w:r>
          </w:p>
        </w:tc>
      </w:tr>
    </w:tbl>
    <w:p w14:paraId="77ECD6E0" w14:textId="77777777" w:rsidR="000773FA" w:rsidRDefault="000773FA">
      <w:pPr>
        <w:spacing w:before="40" w:after="20" w:line="240" w:lineRule="auto"/>
        <w:rPr>
          <w:b/>
          <w:color w:val="17365D"/>
          <w:sz w:val="25"/>
        </w:rPr>
      </w:pPr>
    </w:p>
    <w:p w14:paraId="28BD83FD" w14:textId="39331657" w:rsidR="008C1B43" w:rsidRDefault="00000000">
      <w:pPr>
        <w:spacing w:before="40" w:after="20" w:line="240" w:lineRule="auto"/>
      </w:pPr>
      <w:r>
        <w:rPr>
          <w:b/>
          <w:color w:val="17365D"/>
          <w:sz w:val="25"/>
        </w:rPr>
        <w:t xml:space="preserve">D. </w:t>
      </w:r>
      <w:proofErr w:type="spellStart"/>
      <w:r>
        <w:rPr>
          <w:b/>
          <w:color w:val="17365D"/>
          <w:sz w:val="25"/>
        </w:rPr>
        <w:t>Rozdělení</w:t>
      </w:r>
      <w:proofErr w:type="spellEnd"/>
      <w:r>
        <w:rPr>
          <w:b/>
          <w:color w:val="17365D"/>
          <w:sz w:val="25"/>
        </w:rPr>
        <w:t xml:space="preserve"> </w:t>
      </w:r>
      <w:proofErr w:type="spellStart"/>
      <w:r>
        <w:rPr>
          <w:b/>
          <w:color w:val="17365D"/>
          <w:sz w:val="25"/>
        </w:rPr>
        <w:t>odměny</w:t>
      </w:r>
      <w:proofErr w:type="spellEnd"/>
    </w:p>
    <w:p w14:paraId="097D4686" w14:textId="77777777" w:rsidR="008C1B43" w:rsidRDefault="00000000">
      <w:pPr>
        <w:spacing w:after="20" w:line="240" w:lineRule="auto"/>
      </w:pPr>
      <w:proofErr w:type="spellStart"/>
      <w:r>
        <w:rPr>
          <w:i/>
          <w:color w:val="404040"/>
        </w:rPr>
        <w:t>Uveďte</w:t>
      </w:r>
      <w:proofErr w:type="spellEnd"/>
      <w:r>
        <w:rPr>
          <w:i/>
          <w:color w:val="404040"/>
        </w:rPr>
        <w:t xml:space="preserve">, </w:t>
      </w:r>
      <w:proofErr w:type="spellStart"/>
      <w:r>
        <w:rPr>
          <w:i/>
          <w:color w:val="404040"/>
        </w:rPr>
        <w:t>komu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má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být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odměna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vyplacena</w:t>
      </w:r>
      <w:proofErr w:type="spellEnd"/>
      <w:r>
        <w:rPr>
          <w:i/>
          <w:color w:val="404040"/>
        </w:rPr>
        <w:t xml:space="preserve">. </w:t>
      </w:r>
      <w:proofErr w:type="spellStart"/>
      <w:r>
        <w:rPr>
          <w:i/>
          <w:color w:val="404040"/>
        </w:rPr>
        <w:t>Při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rozdělení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mezi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více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osob</w:t>
      </w:r>
      <w:proofErr w:type="spellEnd"/>
      <w:r>
        <w:rPr>
          <w:i/>
          <w:color w:val="404040"/>
        </w:rPr>
        <w:t xml:space="preserve"> z FSE </w:t>
      </w:r>
      <w:proofErr w:type="spellStart"/>
      <w:r>
        <w:rPr>
          <w:i/>
          <w:color w:val="404040"/>
        </w:rPr>
        <w:t>musí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součet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podílů</w:t>
      </w:r>
      <w:proofErr w:type="spellEnd"/>
      <w:r>
        <w:rPr>
          <w:i/>
          <w:color w:val="404040"/>
        </w:rPr>
        <w:t xml:space="preserve"> </w:t>
      </w:r>
      <w:proofErr w:type="spellStart"/>
      <w:r>
        <w:rPr>
          <w:i/>
          <w:color w:val="404040"/>
        </w:rPr>
        <w:t>činit</w:t>
      </w:r>
      <w:proofErr w:type="spellEnd"/>
      <w:r>
        <w:rPr>
          <w:i/>
          <w:color w:val="404040"/>
        </w:rPr>
        <w:t xml:space="preserve"> 100 %.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257"/>
        <w:gridCol w:w="3061"/>
      </w:tblGrid>
      <w:tr w:rsidR="008C1B43" w14:paraId="46496A9A" w14:textId="77777777">
        <w:trPr>
          <w:jc w:val="center"/>
        </w:trPr>
        <w:tc>
          <w:tcPr>
            <w:tcW w:w="7257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6072C57" w14:textId="77777777" w:rsidR="008C1B43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000000"/>
              </w:rPr>
              <w:t>Jméno</w:t>
            </w:r>
            <w:proofErr w:type="spellEnd"/>
            <w:r>
              <w:rPr>
                <w:b/>
                <w:color w:val="000000"/>
              </w:rPr>
              <w:t xml:space="preserve"> a </w:t>
            </w:r>
            <w:proofErr w:type="spellStart"/>
            <w:r>
              <w:rPr>
                <w:b/>
                <w:color w:val="000000"/>
              </w:rPr>
              <w:t>příjmení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příjemce</w:t>
            </w:r>
            <w:proofErr w:type="spellEnd"/>
          </w:p>
        </w:tc>
        <w:tc>
          <w:tcPr>
            <w:tcW w:w="3061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3CDF24" w14:textId="77777777" w:rsidR="008C1B43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000000"/>
              </w:rPr>
              <w:t>Podíl</w:t>
            </w:r>
            <w:proofErr w:type="spellEnd"/>
            <w:r>
              <w:rPr>
                <w:b/>
                <w:color w:val="000000"/>
              </w:rPr>
              <w:t xml:space="preserve"> (%)</w:t>
            </w:r>
          </w:p>
        </w:tc>
      </w:tr>
      <w:tr w:rsidR="008C1B43" w14:paraId="25370F13" w14:textId="77777777">
        <w:trPr>
          <w:jc w:val="center"/>
        </w:trPr>
        <w:tc>
          <w:tcPr>
            <w:tcW w:w="725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8B7FF9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jméno</w:t>
            </w:r>
            <w:proofErr w:type="spellEnd"/>
            <w:r>
              <w:rPr>
                <w:i/>
                <w:color w:val="7F7F7F"/>
              </w:rPr>
              <w:t xml:space="preserve"> a </w:t>
            </w:r>
            <w:proofErr w:type="spellStart"/>
            <w:r>
              <w:rPr>
                <w:i/>
                <w:color w:val="7F7F7F"/>
              </w:rPr>
              <w:t>příjmení</w:t>
            </w:r>
            <w:proofErr w:type="spellEnd"/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B927C2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podíl</w:t>
            </w:r>
            <w:proofErr w:type="spellEnd"/>
            <w:r>
              <w:rPr>
                <w:i/>
                <w:color w:val="7F7F7F"/>
              </w:rPr>
              <w:t xml:space="preserve"> v %</w:t>
            </w:r>
          </w:p>
        </w:tc>
      </w:tr>
      <w:tr w:rsidR="008C1B43" w14:paraId="337081E1" w14:textId="77777777">
        <w:trPr>
          <w:jc w:val="center"/>
        </w:trPr>
        <w:tc>
          <w:tcPr>
            <w:tcW w:w="725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4A1E53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jméno</w:t>
            </w:r>
            <w:proofErr w:type="spellEnd"/>
            <w:r>
              <w:rPr>
                <w:i/>
                <w:color w:val="7F7F7F"/>
              </w:rPr>
              <w:t xml:space="preserve"> a </w:t>
            </w:r>
            <w:proofErr w:type="spellStart"/>
            <w:r>
              <w:rPr>
                <w:i/>
                <w:color w:val="7F7F7F"/>
              </w:rPr>
              <w:t>příjmení</w:t>
            </w:r>
            <w:proofErr w:type="spellEnd"/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7A287F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podíl</w:t>
            </w:r>
            <w:proofErr w:type="spellEnd"/>
            <w:r>
              <w:rPr>
                <w:i/>
                <w:color w:val="7F7F7F"/>
              </w:rPr>
              <w:t xml:space="preserve"> v %</w:t>
            </w:r>
          </w:p>
        </w:tc>
      </w:tr>
      <w:tr w:rsidR="008C1B43" w14:paraId="57508E2A" w14:textId="77777777">
        <w:trPr>
          <w:jc w:val="center"/>
        </w:trPr>
        <w:tc>
          <w:tcPr>
            <w:tcW w:w="7257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33643C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jméno</w:t>
            </w:r>
            <w:proofErr w:type="spellEnd"/>
            <w:r>
              <w:rPr>
                <w:i/>
                <w:color w:val="7F7F7F"/>
              </w:rPr>
              <w:t xml:space="preserve"> a </w:t>
            </w:r>
            <w:proofErr w:type="spellStart"/>
            <w:r>
              <w:rPr>
                <w:i/>
                <w:color w:val="7F7F7F"/>
              </w:rPr>
              <w:t>příjmení</w:t>
            </w:r>
            <w:proofErr w:type="spellEnd"/>
          </w:p>
        </w:tc>
        <w:tc>
          <w:tcPr>
            <w:tcW w:w="3061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99474A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podíl</w:t>
            </w:r>
            <w:proofErr w:type="spellEnd"/>
            <w:r>
              <w:rPr>
                <w:i/>
                <w:color w:val="7F7F7F"/>
              </w:rPr>
              <w:t xml:space="preserve"> v %</w:t>
            </w:r>
          </w:p>
        </w:tc>
      </w:tr>
    </w:tbl>
    <w:p w14:paraId="128866E0" w14:textId="77777777" w:rsidR="000773FA" w:rsidRDefault="000773FA">
      <w:pPr>
        <w:spacing w:before="40" w:after="20" w:line="240" w:lineRule="auto"/>
        <w:rPr>
          <w:b/>
          <w:color w:val="17365D"/>
          <w:sz w:val="25"/>
        </w:rPr>
      </w:pPr>
    </w:p>
    <w:p w14:paraId="486AC882" w14:textId="53FC5652" w:rsidR="008C1B43" w:rsidRDefault="00000000">
      <w:pPr>
        <w:spacing w:before="40" w:after="20" w:line="240" w:lineRule="auto"/>
      </w:pPr>
      <w:r>
        <w:rPr>
          <w:b/>
          <w:color w:val="17365D"/>
          <w:sz w:val="25"/>
        </w:rPr>
        <w:t xml:space="preserve">E. </w:t>
      </w:r>
      <w:proofErr w:type="spellStart"/>
      <w:r>
        <w:rPr>
          <w:b/>
          <w:color w:val="17365D"/>
          <w:sz w:val="25"/>
        </w:rPr>
        <w:t>Potvrzení</w:t>
      </w:r>
      <w:proofErr w:type="spellEnd"/>
      <w:r>
        <w:rPr>
          <w:b/>
          <w:color w:val="17365D"/>
          <w:sz w:val="25"/>
        </w:rPr>
        <w:t xml:space="preserve"> </w:t>
      </w:r>
      <w:proofErr w:type="spellStart"/>
      <w:r>
        <w:rPr>
          <w:b/>
          <w:color w:val="17365D"/>
          <w:sz w:val="25"/>
        </w:rPr>
        <w:t>žadatele</w:t>
      </w:r>
      <w:proofErr w:type="spellEnd"/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899"/>
        <w:gridCol w:w="2268"/>
        <w:gridCol w:w="3543"/>
      </w:tblGrid>
      <w:tr w:rsidR="008C1B43" w14:paraId="2DA5F2EF" w14:textId="77777777">
        <w:trPr>
          <w:jc w:val="center"/>
        </w:trPr>
        <w:tc>
          <w:tcPr>
            <w:tcW w:w="10318" w:type="dxa"/>
            <w:gridSpan w:val="4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9B089B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Podpisem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potvrzuji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správnost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uvedených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údajů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žádám</w:t>
            </w:r>
            <w:proofErr w:type="spellEnd"/>
            <w:r>
              <w:rPr>
                <w:color w:val="000000"/>
              </w:rPr>
              <w:t xml:space="preserve"> o </w:t>
            </w:r>
            <w:proofErr w:type="spellStart"/>
            <w:r>
              <w:rPr>
                <w:color w:val="000000"/>
              </w:rPr>
              <w:t>vyplacení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odměny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směrnice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děkana</w:t>
            </w:r>
            <w:proofErr w:type="spellEnd"/>
            <w:r>
              <w:rPr>
                <w:color w:val="000000"/>
              </w:rPr>
              <w:t xml:space="preserve"> č. 1/2019.</w:t>
            </w:r>
          </w:p>
        </w:tc>
      </w:tr>
      <w:tr w:rsidR="008C1B43" w14:paraId="43E426B1" w14:textId="77777777" w:rsidTr="000773FA">
        <w:trPr>
          <w:jc w:val="center"/>
        </w:trPr>
        <w:tc>
          <w:tcPr>
            <w:tcW w:w="2608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6A24A22" w14:textId="77777777" w:rsidR="008C1B43" w:rsidRDefault="0000000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Datum</w:t>
            </w:r>
          </w:p>
          <w:p w14:paraId="52657F62" w14:textId="77777777" w:rsidR="00A23FE1" w:rsidRDefault="00A23FE1">
            <w:pPr>
              <w:spacing w:after="0" w:line="240" w:lineRule="auto"/>
            </w:pPr>
          </w:p>
        </w:tc>
        <w:tc>
          <w:tcPr>
            <w:tcW w:w="1899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D4B429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Vyplňte</w:t>
            </w:r>
            <w:proofErr w:type="spellEnd"/>
            <w:r>
              <w:rPr>
                <w:i/>
                <w:color w:val="7F7F7F"/>
              </w:rPr>
              <w:t xml:space="preserve"> datum</w:t>
            </w:r>
          </w:p>
        </w:tc>
        <w:tc>
          <w:tcPr>
            <w:tcW w:w="2268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104F66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Podpis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žadatele</w:t>
            </w:r>
            <w:proofErr w:type="spellEnd"/>
          </w:p>
        </w:tc>
        <w:tc>
          <w:tcPr>
            <w:tcW w:w="354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5C2F956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Zde</w:t>
            </w:r>
            <w:proofErr w:type="spellEnd"/>
            <w:r>
              <w:rPr>
                <w:i/>
                <w:color w:val="7F7F7F"/>
              </w:rPr>
              <w:t xml:space="preserve"> </w:t>
            </w:r>
            <w:proofErr w:type="spellStart"/>
            <w:r>
              <w:rPr>
                <w:i/>
                <w:color w:val="7F7F7F"/>
              </w:rPr>
              <w:t>podepište</w:t>
            </w:r>
            <w:proofErr w:type="spellEnd"/>
          </w:p>
        </w:tc>
      </w:tr>
    </w:tbl>
    <w:p w14:paraId="3786F847" w14:textId="77777777" w:rsidR="00A23FE1" w:rsidRDefault="00A23FE1">
      <w:pPr>
        <w:spacing w:before="20" w:after="0" w:line="240" w:lineRule="auto"/>
        <w:rPr>
          <w:b/>
          <w:color w:val="17365D"/>
        </w:rPr>
      </w:pPr>
    </w:p>
    <w:p w14:paraId="22AD34F6" w14:textId="0EF06608" w:rsidR="008C1B43" w:rsidRDefault="00000000">
      <w:pPr>
        <w:spacing w:before="20" w:after="0" w:line="240" w:lineRule="auto"/>
      </w:pPr>
      <w:r>
        <w:rPr>
          <w:b/>
          <w:color w:val="17365D"/>
        </w:rPr>
        <w:t xml:space="preserve">PRO INTERNÍ ZPRACOVÁNÍ FSE – </w:t>
      </w:r>
      <w:proofErr w:type="spellStart"/>
      <w:r>
        <w:rPr>
          <w:b/>
          <w:color w:val="17365D"/>
        </w:rPr>
        <w:t>nevyplňuje</w:t>
      </w:r>
      <w:proofErr w:type="spellEnd"/>
      <w:r>
        <w:rPr>
          <w:b/>
          <w:color w:val="17365D"/>
        </w:rPr>
        <w:t xml:space="preserve"> </w:t>
      </w:r>
      <w:proofErr w:type="spellStart"/>
      <w:r>
        <w:rPr>
          <w:b/>
          <w:color w:val="17365D"/>
        </w:rPr>
        <w:t>žadatel</w:t>
      </w:r>
      <w:proofErr w:type="spellEnd"/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899"/>
        <w:gridCol w:w="2268"/>
        <w:gridCol w:w="3543"/>
      </w:tblGrid>
      <w:tr w:rsidR="008C1B43" w14:paraId="6263E4D1" w14:textId="77777777" w:rsidTr="000773FA">
        <w:trPr>
          <w:jc w:val="center"/>
        </w:trPr>
        <w:tc>
          <w:tcPr>
            <w:tcW w:w="2608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D580FB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Podmínky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ověřeny</w:t>
            </w:r>
            <w:proofErr w:type="spellEnd"/>
          </w:p>
        </w:tc>
        <w:tc>
          <w:tcPr>
            <w:tcW w:w="1899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EC1FF31" w14:textId="77777777" w:rsidR="008C1B43" w:rsidRDefault="00000000">
            <w:pPr>
              <w:spacing w:after="0" w:line="240" w:lineRule="auto"/>
            </w:pPr>
            <w:sdt>
              <w:sdtPr>
                <w:alias w:val="interni_ano"/>
                <w:tag w:val="interni_ano"/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ano</w:t>
            </w:r>
            <w:proofErr w:type="spellEnd"/>
            <w:r>
              <w:rPr>
                <w:color w:val="000000"/>
              </w:rPr>
              <w:t xml:space="preserve">   </w:t>
            </w:r>
            <w:sdt>
              <w:sdtPr>
                <w:alias w:val="interni_ne"/>
                <w:tag w:val="interni_ne"/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ne</w:t>
            </w:r>
          </w:p>
        </w:tc>
        <w:tc>
          <w:tcPr>
            <w:tcW w:w="2268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67C4C2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Odměna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celkem</w:t>
            </w:r>
            <w:proofErr w:type="spellEnd"/>
          </w:p>
        </w:tc>
        <w:tc>
          <w:tcPr>
            <w:tcW w:w="354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F404AB" w14:textId="77777777" w:rsidR="008C1B43" w:rsidRDefault="00000000">
            <w:pPr>
              <w:spacing w:after="0" w:line="240" w:lineRule="auto"/>
            </w:pPr>
            <w:proofErr w:type="spellStart"/>
            <w:r>
              <w:rPr>
                <w:i/>
                <w:color w:val="7F7F7F"/>
              </w:rPr>
              <w:t>Vyplní</w:t>
            </w:r>
            <w:proofErr w:type="spellEnd"/>
            <w:r>
              <w:rPr>
                <w:i/>
                <w:color w:val="7F7F7F"/>
              </w:rPr>
              <w:t xml:space="preserve"> FSE (</w:t>
            </w:r>
            <w:proofErr w:type="spellStart"/>
            <w:r>
              <w:rPr>
                <w:i/>
                <w:color w:val="7F7F7F"/>
              </w:rPr>
              <w:t>Kč</w:t>
            </w:r>
            <w:proofErr w:type="spellEnd"/>
            <w:r>
              <w:rPr>
                <w:i/>
                <w:color w:val="7F7F7F"/>
              </w:rPr>
              <w:t>)</w:t>
            </w:r>
          </w:p>
        </w:tc>
      </w:tr>
    </w:tbl>
    <w:p w14:paraId="4DB18DD9" w14:textId="77777777" w:rsidR="00A23FE1" w:rsidRDefault="00A23FE1"/>
    <w:sectPr w:rsidR="00A23FE1" w:rsidSect="00034616">
      <w:pgSz w:w="11906" w:h="16838"/>
      <w:pgMar w:top="652" w:right="765" w:bottom="652" w:left="765" w:header="255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E6173" w14:textId="77777777" w:rsidR="00D8150D" w:rsidRDefault="00D8150D">
      <w:pPr>
        <w:spacing w:after="0" w:line="240" w:lineRule="auto"/>
      </w:pPr>
      <w:r>
        <w:separator/>
      </w:r>
    </w:p>
  </w:endnote>
  <w:endnote w:type="continuationSeparator" w:id="0">
    <w:p w14:paraId="4A64EFFB" w14:textId="77777777" w:rsidR="00D8150D" w:rsidRDefault="00D81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C4B5A" w14:textId="77777777" w:rsidR="00D8150D" w:rsidRDefault="00D8150D">
      <w:pPr>
        <w:spacing w:after="0" w:line="240" w:lineRule="auto"/>
      </w:pPr>
      <w:r>
        <w:separator/>
      </w:r>
    </w:p>
  </w:footnote>
  <w:footnote w:type="continuationSeparator" w:id="0">
    <w:p w14:paraId="1B12D7AC" w14:textId="77777777" w:rsidR="00D8150D" w:rsidRDefault="00D81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3050800">
    <w:abstractNumId w:val="8"/>
  </w:num>
  <w:num w:numId="2" w16cid:durableId="436873424">
    <w:abstractNumId w:val="6"/>
  </w:num>
  <w:num w:numId="3" w16cid:durableId="1401365003">
    <w:abstractNumId w:val="5"/>
  </w:num>
  <w:num w:numId="4" w16cid:durableId="794449270">
    <w:abstractNumId w:val="4"/>
  </w:num>
  <w:num w:numId="5" w16cid:durableId="596908221">
    <w:abstractNumId w:val="7"/>
  </w:num>
  <w:num w:numId="6" w16cid:durableId="500660524">
    <w:abstractNumId w:val="3"/>
  </w:num>
  <w:num w:numId="7" w16cid:durableId="1240866572">
    <w:abstractNumId w:val="2"/>
  </w:num>
  <w:num w:numId="8" w16cid:durableId="1780952585">
    <w:abstractNumId w:val="1"/>
  </w:num>
  <w:num w:numId="9" w16cid:durableId="172367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3FA"/>
    <w:rsid w:val="000C72FD"/>
    <w:rsid w:val="0015074B"/>
    <w:rsid w:val="0029639D"/>
    <w:rsid w:val="00326F90"/>
    <w:rsid w:val="008C1B43"/>
    <w:rsid w:val="00A23FE1"/>
    <w:rsid w:val="00AA1D8D"/>
    <w:rsid w:val="00B47730"/>
    <w:rsid w:val="00C75BA0"/>
    <w:rsid w:val="00CB0664"/>
    <w:rsid w:val="00D8150D"/>
    <w:rsid w:val="00DA47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47C4CD"/>
  <w14:defaultImageDpi w14:val="300"/>
  <w15:docId w15:val="{C37C7513-84B5-43B0-9AEF-83ADC4BE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Lenka Slavikova</cp:lastModifiedBy>
  <cp:revision>4</cp:revision>
  <dcterms:created xsi:type="dcterms:W3CDTF">2026-09-23T16:44:00Z</dcterms:created>
  <dcterms:modified xsi:type="dcterms:W3CDTF">2026-09-23T16:47:00Z</dcterms:modified>
  <cp:category/>
</cp:coreProperties>
</file>